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להירגע לפני דיבור מול קהל, כמו שבגין עשה כשנאם מול קהלים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במצב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היא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לדבר לאט ובקול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עש״ן ד״ק - חמש אותיות, חמישה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(לעצור רגע ולומר לעצמנו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(לכווץ אגרופים ולשחרר בנשיפה)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(לנשום נשימה איטית אחת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(לומר לעצמנו משפט מרגיע)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ואומרים לעצמנו בשקט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איטית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מצב מלחיץ ואת כל חמשת השלבים בסדר הנכון, עם דוגמה אישית לכל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ע-עצור, לעצור רגע ולומר בשקט 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נשימה איטית עוזרת להירגע ולהוריד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השלבים בפועל בכיתה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הדיבור של בגין מול קהלים גדולים לתחושות שתלמידים מכירים מדיבור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נאם פעמים רבות מול קהלים גדולים, וגם לו בוודאי היה לפעמים לחץ לפני כן. בדף הזה נלמד שיטה בשם עש״ן ד״ק שעוזרת להירגע לפני שמדברים מול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עצור  ·  נשימה  ·  אגרופים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האות ע׳ בשיטת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מכווצים אגרופים ומשחררים בנשיפה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נשימות מוצעות בתרגול הנשימה המודרכת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ד׳ בשיטה מסמלת דיבור עצמי 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קדימה צריך לדבר מהר ובקול רם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השיטה כוללת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הראשון עוצרים ואומרים לעצמנו בשקט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מכווצים __________ ומשחררים בנשיפה איטית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בשלב השלישי נושמים __________ איטית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לנשום נשימה איטית אחת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לומר לעצמנו משפט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לעצור רגע ולומר לעצמנו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לכווץ אגרופים ולשחרר בנשיפה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נשימה איטית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מכווצים אגרופים ומשחררים בנשיפה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ואומרים לעצמנו בשקט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יהיה לכם קשה לדבר מול הכיתה, ותכתבו איך תשתמשו בשיטת עש״ן ד״ק כדי להירגע, שלב אחר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האות הראשונה בשיטה עש״ן ד״ק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לנשום לאט לפני שמדברים מול קהל?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להירגע לפני שמדברים מול קהל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