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להירגע לפני שמדברים מול קהל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שיטת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אפשר להירגע לפני דיבור מול קהל, כמו שבגין עשה כשנאם מול קהלים 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בשיטה במצב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מכווצים אגרופים ומשחררים בנשיפה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אני יכול/ה, זה רק כמה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מבוגר שסומכים עליו, כמו מחנך או הורה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ד׳ היא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כתוב לדבר לאט ובקול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עש״ן ד״ק - חמש אותיות, חמישה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נאם הרבה פעמים מול קהלים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כתוב שאפשר עוד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השלב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(לעצור רגע ולומר לעצמנו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(לכווץ אגרופים ולשחרר בנשיפה)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(לנשום נשימה איטית אחת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(לומר לעצמנו משפט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(להתחיל לדבר לאט ובקול ברור)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ואומרים לעצמנו בשקט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אגרופים ומשחררים בנשיפה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איטית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מתחילים לדבר לאט ובקול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מצב מלחיץ ואת כל חמשת השלבים בסדר הנכון, עם דוגמה אישית לכל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יכולה לכלול הכנה מראש, תרגול, נשימות, ביטחון עצמי ותמיכה מאנשים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ע-עצור, לעצור רגע ולומר בשקט 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נשימה איטית עוזרת להירגע ולהוריד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מחנך,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השלבים בפועל בכיתה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הדיבור של בגין מול קהלים גדולים לתחושות שתלמידים מכירים מדיבור מול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להירגע לפני שמדברים מול קהל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בגין דיבר הרבה פעמים מול הרבה אנשים. גם ככה יש לפעמים פחד. נלמד שיטה שעוזרת להירגע לפני שמדברים מול 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שיטה עם חמישה צעדים להרגעה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רגע ולומר לעצמנו בשקט 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לכווץ אגרופים ואז לשחרר בנשיפה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לנשום נשימה אחת איטית, ואפשר 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לעצמנו משפט מרגיע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לדבר לאט ובקול ברור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לא נעימה שבאה לפני משהו מלחיץ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ע׳ אומרת לנו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מכווצים אגרופים ומשחררים בנשיפה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נשימות יש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לעצמנו כדי להירגע?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לא מסוגל/ת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יכול/ה, זה רק כמה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בואו נדבר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רעב/ה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פונים כשקשה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מהכיתה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שסומכים עליו, כמו מחנך או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יועצת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ד׳ בשיטה מסמלת דיבור עצמי 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קדימה צריך לדבר מהר ובקול רם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השיטה כוללת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מעולם לא נאם מול קהל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לעשות רק נשימה אחת ולא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עוצרים ואומרים לעצמנו בשקט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מכווצים __________ ומשחררים בנשיפה איטית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נושמים __________ איטית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הרביעי אומרים לעצמנו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החמישי מתחילים לדבר לאט ובקול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השלב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לנשום נשימה איטית אחת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שרירים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לומר לעצמנו משפט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להתחיל לדבר לאט ובקול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דיבור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לכווץ אגרופים ולשחרר בנשיפה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לעצור רגע ולומר לעצמנו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לדבר לאט ובקול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נשימה איטית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אגרופים ומשחררים בנשיפה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ואומרים לעצמנו בשקט 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יהיה לכם קשה לדבר מול הכיתה, ותכתבו איך תשתמשו בשיטת עש״ן ד״ק כדי להירגע, שלב אחר שלב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בגין נאם מול קהלים גדולים פעמים רבות. איך לדעתכם מנהיג מתכונן נפשית לפני נאום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האות הראשונה בשיטה עש״ן ד״ק ומה עושים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לנשום לאט לפני שמדברים מול קהל?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אפשר לפנות אליו כשקשה מדי להתמודד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להירגע לפני שמדברים מול קהל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