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עש״ן ד״ק – להירגע לפני שמדברים מול קהל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הצעדים של שיטת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אפשר להירגע לפני דיבור מול קהל, כמו שבגין עשה כשנאם מול קהלים גדולים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בשיטה במצב מדומה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מכווצים אגרופים ומשחררים בנשיפה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אני יכול/ה, זה רק כמה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מבוגר שסומכים עליו, כמו מחנך או הורה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ד׳ היא דיבור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בדף כתוב לדבר לאט ובקול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עש״ן ד״ק - חמש אותיות, חמישה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בגין נאם הרבה פעמים מול קהלים גדולים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בדף כתוב שאפשר עוד נשימה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אגרופים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מרגיע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השלב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(לעצור רגע ולומר לעצמנו בשקט)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(לכווץ אגרופים ולשחרר בנשיפה)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(לנשום נשימה איטית אחת או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(לומר לעצמנו משפט מרגיע)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(להתחיל לדבר לאט ובקול ברור)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ואומרים לעצמנו בשקט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מכווצים אגרופים ומשחררים בנשיפה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נשימה איטית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משפט מרגיע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מתחילים לדבר לאט ובקול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תיאור מצב מלחיץ ואת כל חמשת השלבים בסדר הנכון, עם דוגמה אישית לכל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יכולה לכלול הכנה מראש, תרגול, נשימות, ביטחון עצמי ותמיכה מאנשים קרובים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ע-עצור, לעצור רגע ולומר בשקט עצור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נשימה איטית עוזרת להירגע ולהוריד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מבוגר שסומכים עליו כמו מחנך, יועצת או הורה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חמשת השלבים בפועל בכיתה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בין הדיבור של בגין מול קהלים גדולים לתחושות שתלמידים מכירים מדיבור מול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עש״ן ד״ק – להירגע לפני שמדברים מול קהל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מנחם בגין נאם פעמים רבות מול קהלים גדולים, וגם לו בוודאי היה לפעמים לחץ לפני כן. בדף הזה נלמד שיטה בשם עש״ן ד״ק שעוזרת להירגע לפני שמדברים מול אנשים.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האות ע׳ בשיטת 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בשלב שרירים?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מכווצים אגרופים ומשחררים בנשיפה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שותים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רצים מסביב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נשימות מוצעות בתרגול הנשימה המודרכת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לומר לעצמנו בשלב דיבור עצמי?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לא מסוגל/ת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יכול/ה, זה רק כמה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בואו נדבר אחר 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 רעב/ה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למי אפשר לפנות כשקשה,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 מהכיתה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מבוגר שסומכים עליו, כמו מחנך או הורה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יועצת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ד׳ בשיטה מסמלת דיבור עצמי מרגיע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קדימה צריך לדבר מהר ובקול רם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השיטה כוללת חמישה צעדים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מעולם לא נאם מול קהל גדול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לעשות רק נשימה אחת ולא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הראשון עוצרים ואומרים לעצמנו בשקט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השני מכווצים __________ ומשחררים בנשיפה איטית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השלישי נושמים __________ איטית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הרביעי אומרים לעצמנו משפט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בשלב החמישי מתחילים לדבר לאט ובקול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השלב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לכווץ אגרופים ולשחרר בנשיפה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שרירים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לומר לעצמנו משפט מרגיע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להתחיל לדבר לאט ובקול ברור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דיבור עצמי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לעצור רגע ולומר לעצמנו בשקט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לנשום נשימה איטית אחת או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מכווצים אגרופים ומשחררים בנשיפה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לעצמנו משפט מרגיע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ואומרים לעצמנו בשקט עצור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מתחילים לדבר לאט ובקול ברור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נשימה איטית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יהיה לכם קשה לדבר מול הכיתה, ותכתבו איך תשתמשו בשיטת עש״ן ד״ק כדי להירגע, שלב אחר שלב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בגין נאם מול קהלים גדולים פעמים רבות. איך לדעתכם מנהיג מתכונן נפשית לפני נאום חשוב?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האות הראשונה בשיטה עש״ן ד״ק ומה עושים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לנשום לאט לפני שמדברים מול קהל?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אפשר לפנות אליו כשקשה מדי להתמודד לבד?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עש״ן ד״ק – להירגע לפני שמדברים מול קהל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